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0"/>
        <w:gridCol w:w="10440"/>
      </w:tblGrid>
      <w:tr w:rsidR="00B91A8B" w14:paraId="1FF20131" w14:textId="77777777" w:rsidTr="008869CD">
        <w:trPr>
          <w:jc w:val="center"/>
        </w:trPr>
        <w:tc>
          <w:tcPr>
            <w:tcW w:w="3960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23F75414" w14:textId="345165CA" w:rsidR="00B91A8B" w:rsidRPr="008869CD" w:rsidRDefault="008869CD">
            <w:pPr>
              <w:jc w:val="center"/>
              <w:rPr>
                <w:sz w:val="20"/>
                <w:szCs w:val="20"/>
              </w:rPr>
            </w:pPr>
            <w:r w:rsidRPr="008869CD">
              <w:rPr>
                <w:b/>
                <w:color w:val="BF5700"/>
                <w:sz w:val="20"/>
                <w:szCs w:val="20"/>
              </w:rPr>
              <w:t>&lt;INSERT ARSENAL LOGO HERE&gt;</w:t>
            </w:r>
          </w:p>
        </w:tc>
        <w:tc>
          <w:tcPr>
            <w:tcW w:w="1044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2614A85" w14:textId="061F0A73" w:rsidR="00B91A8B" w:rsidRDefault="008869CD" w:rsidP="008869CD">
            <w:pPr>
              <w:jc w:val="center"/>
            </w:pPr>
            <w:r>
              <w:rPr>
                <w:b/>
                <w:color w:val="000000"/>
                <w:sz w:val="54"/>
              </w:rPr>
              <w:t>&lt;INSERT ARSENAL NAME HERE&gt;</w:t>
            </w:r>
          </w:p>
          <w:p w14:paraId="4974C68E" w14:textId="7DAF8790" w:rsidR="00B91A8B" w:rsidRDefault="00000000" w:rsidP="008869CD">
            <w:pPr>
              <w:jc w:val="center"/>
            </w:pPr>
            <w:r>
              <w:rPr>
                <w:b/>
                <w:color w:val="000000"/>
                <w:sz w:val="30"/>
              </w:rPr>
              <w:t>TOY CHECKOUT</w:t>
            </w:r>
          </w:p>
        </w:tc>
      </w:tr>
    </w:tbl>
    <w:p w14:paraId="222472D8" w14:textId="77777777" w:rsidR="00B91A8B" w:rsidRDefault="00B91A8B">
      <w:pPr>
        <w:spacing w:after="0"/>
      </w:pPr>
    </w:p>
    <w:tbl>
      <w:tblPr>
        <w:tblW w:w="0" w:type="auto"/>
        <w:jc w:val="center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0440"/>
      </w:tblGrid>
      <w:tr w:rsidR="00B91A8B" w14:paraId="09E7E9BB" w14:textId="77777777" w:rsidTr="008869CD">
        <w:trPr>
          <w:trHeight w:val="740"/>
          <w:jc w:val="center"/>
        </w:trPr>
        <w:tc>
          <w:tcPr>
            <w:tcW w:w="3960" w:type="dxa"/>
            <w:shd w:val="clear" w:color="auto" w:fill="F2F2F2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568B3A" w14:textId="77777777" w:rsidR="00B91A8B" w:rsidRDefault="00000000" w:rsidP="008869CD">
            <w:pPr>
              <w:spacing w:after="0" w:line="240" w:lineRule="auto"/>
            </w:pPr>
            <w:r>
              <w:rPr>
                <w:b/>
                <w:color w:val="000000"/>
                <w:sz w:val="26"/>
              </w:rPr>
              <w:t>TOY NAME:</w:t>
            </w:r>
          </w:p>
        </w:tc>
        <w:tc>
          <w:tcPr>
            <w:tcW w:w="104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282A33" w14:textId="4F1538E1" w:rsidR="00B91A8B" w:rsidRDefault="00B91A8B" w:rsidP="008869CD">
            <w:pPr>
              <w:spacing w:after="0" w:line="240" w:lineRule="auto"/>
            </w:pPr>
          </w:p>
        </w:tc>
      </w:tr>
      <w:tr w:rsidR="00B91A8B" w14:paraId="164AC742" w14:textId="77777777" w:rsidTr="008869CD">
        <w:trPr>
          <w:trHeight w:val="740"/>
          <w:jc w:val="center"/>
        </w:trPr>
        <w:tc>
          <w:tcPr>
            <w:tcW w:w="3960" w:type="dxa"/>
            <w:shd w:val="clear" w:color="auto" w:fill="F2F2F2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FE6082" w14:textId="77777777" w:rsidR="00B91A8B" w:rsidRDefault="00000000" w:rsidP="008869CD">
            <w:pPr>
              <w:spacing w:after="0" w:line="240" w:lineRule="auto"/>
            </w:pPr>
            <w:r>
              <w:rPr>
                <w:b/>
                <w:color w:val="000000"/>
                <w:sz w:val="26"/>
              </w:rPr>
              <w:t>MANUFACTURER:</w:t>
            </w:r>
          </w:p>
        </w:tc>
        <w:tc>
          <w:tcPr>
            <w:tcW w:w="104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C93032" w14:textId="7C33E8E6" w:rsidR="00B91A8B" w:rsidRDefault="00B91A8B" w:rsidP="008869CD">
            <w:pPr>
              <w:spacing w:after="0" w:line="240" w:lineRule="auto"/>
            </w:pPr>
          </w:p>
        </w:tc>
      </w:tr>
      <w:tr w:rsidR="00B91A8B" w14:paraId="75BBC997" w14:textId="77777777" w:rsidTr="008869CD">
        <w:trPr>
          <w:trHeight w:val="740"/>
          <w:jc w:val="center"/>
        </w:trPr>
        <w:tc>
          <w:tcPr>
            <w:tcW w:w="3960" w:type="dxa"/>
            <w:shd w:val="clear" w:color="auto" w:fill="F2F2F2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CAE154" w14:textId="72D8F4F8" w:rsidR="00B91A8B" w:rsidRDefault="00634803" w:rsidP="008869CD">
            <w:pPr>
              <w:spacing w:after="0" w:line="240" w:lineRule="auto"/>
            </w:pPr>
            <w:r>
              <w:rPr>
                <w:b/>
                <w:color w:val="000000"/>
                <w:sz w:val="26"/>
              </w:rPr>
              <w:t>AUTHORIZED BORROWER:</w:t>
            </w:r>
          </w:p>
        </w:tc>
        <w:tc>
          <w:tcPr>
            <w:tcW w:w="104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332FC0" w14:textId="6E7AC599" w:rsidR="00B91A8B" w:rsidRDefault="00B91A8B" w:rsidP="008869CD">
            <w:pPr>
              <w:spacing w:after="0" w:line="240" w:lineRule="auto"/>
            </w:pPr>
          </w:p>
        </w:tc>
      </w:tr>
      <w:tr w:rsidR="00B91A8B" w14:paraId="5DE69273" w14:textId="77777777" w:rsidTr="008869CD">
        <w:trPr>
          <w:trHeight w:val="740"/>
          <w:jc w:val="center"/>
        </w:trPr>
        <w:tc>
          <w:tcPr>
            <w:tcW w:w="3960" w:type="dxa"/>
            <w:shd w:val="clear" w:color="auto" w:fill="F2F2F2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3194F9" w14:textId="083AB3ED" w:rsidR="00B91A8B" w:rsidRDefault="00000000" w:rsidP="008869CD">
            <w:pPr>
              <w:spacing w:after="0" w:line="240" w:lineRule="auto"/>
            </w:pPr>
            <w:r>
              <w:rPr>
                <w:b/>
                <w:color w:val="000000"/>
                <w:sz w:val="26"/>
              </w:rPr>
              <w:t>DATE:</w:t>
            </w:r>
          </w:p>
        </w:tc>
        <w:tc>
          <w:tcPr>
            <w:tcW w:w="1044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2CFCAF" w14:textId="76FB7D22" w:rsidR="00B91A8B" w:rsidRDefault="00B91A8B" w:rsidP="008869CD">
            <w:pPr>
              <w:spacing w:after="0" w:line="240" w:lineRule="auto"/>
            </w:pPr>
          </w:p>
        </w:tc>
      </w:tr>
    </w:tbl>
    <w:p w14:paraId="718D2D8D" w14:textId="77777777" w:rsidR="00B91A8B" w:rsidRDefault="00B91A8B">
      <w:pPr>
        <w:spacing w:after="80"/>
      </w:pPr>
    </w:p>
    <w:tbl>
      <w:tblPr>
        <w:tblW w:w="0" w:type="auto"/>
        <w:jc w:val="center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14374"/>
      </w:tblGrid>
      <w:tr w:rsidR="00B91A8B" w14:paraId="7A04F597" w14:textId="77777777">
        <w:trPr>
          <w:trHeight w:val="700"/>
          <w:jc w:val="center"/>
        </w:trPr>
        <w:tc>
          <w:tcPr>
            <w:tcW w:w="14400" w:type="dxa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14:paraId="50196A04" w14:textId="77777777" w:rsidR="00B91A8B" w:rsidRPr="008869CD" w:rsidRDefault="00000000" w:rsidP="008869CD">
            <w:pPr>
              <w:spacing w:after="0" w:line="240" w:lineRule="auto"/>
              <w:jc w:val="center"/>
              <w:rPr>
                <w:rFonts w:cs="Times New Roman (Body CS)"/>
                <w:sz w:val="52"/>
                <w:szCs w:val="52"/>
              </w:rPr>
            </w:pPr>
            <w:r w:rsidRPr="008869CD">
              <w:rPr>
                <w:rFonts w:cs="Times New Roman (Body CS)"/>
                <w:color w:val="000000"/>
                <w:sz w:val="52"/>
                <w:szCs w:val="52"/>
              </w:rPr>
              <w:t>I agree to return this toy to its rightful owner upon request.</w:t>
            </w:r>
          </w:p>
        </w:tc>
      </w:tr>
    </w:tbl>
    <w:p w14:paraId="2B4E8F67" w14:textId="77777777" w:rsidR="00B91A8B" w:rsidRDefault="00B91A8B">
      <w:pPr>
        <w:spacing w:after="80"/>
      </w:pPr>
    </w:p>
    <w:tbl>
      <w:tblPr>
        <w:tblW w:w="0" w:type="auto"/>
        <w:jc w:val="center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7200"/>
      </w:tblGrid>
      <w:tr w:rsidR="00B91A8B" w14:paraId="0B01EF57" w14:textId="77777777">
        <w:trPr>
          <w:trHeight w:val="850"/>
          <w:jc w:val="center"/>
        </w:trPr>
        <w:tc>
          <w:tcPr>
            <w:tcW w:w="7200" w:type="dxa"/>
            <w:shd w:val="clear" w:color="auto" w:fill="F2F2F2"/>
            <w:tcMar>
              <w:top w:w="160" w:type="dxa"/>
              <w:left w:w="180" w:type="dxa"/>
              <w:bottom w:w="100" w:type="dxa"/>
              <w:right w:w="180" w:type="dxa"/>
            </w:tcMar>
            <w:vAlign w:val="center"/>
          </w:tcPr>
          <w:p w14:paraId="7FE02B78" w14:textId="77777777" w:rsidR="00B91A8B" w:rsidRDefault="00000000" w:rsidP="008869CD">
            <w:pPr>
              <w:spacing w:after="0" w:line="240" w:lineRule="auto"/>
            </w:pPr>
            <w:r>
              <w:rPr>
                <w:b/>
                <w:color w:val="000000"/>
                <w:sz w:val="26"/>
              </w:rPr>
              <w:t>SIGNATURE:</w:t>
            </w:r>
          </w:p>
        </w:tc>
        <w:tc>
          <w:tcPr>
            <w:tcW w:w="7200" w:type="dxa"/>
            <w:tcMar>
              <w:top w:w="160" w:type="dxa"/>
              <w:left w:w="180" w:type="dxa"/>
              <w:bottom w:w="100" w:type="dxa"/>
              <w:right w:w="180" w:type="dxa"/>
            </w:tcMar>
            <w:vAlign w:val="center"/>
          </w:tcPr>
          <w:p w14:paraId="55F09E9E" w14:textId="77777777" w:rsidR="00B91A8B" w:rsidRDefault="00000000">
            <w:pPr>
              <w:spacing w:before="280"/>
            </w:pPr>
            <w:r>
              <w:rPr>
                <w:sz w:val="24"/>
                <w:u w:val="single"/>
              </w:rPr>
              <w:t xml:space="preserve">                                                                                          </w:t>
            </w:r>
          </w:p>
        </w:tc>
      </w:tr>
    </w:tbl>
    <w:p w14:paraId="64478B35" w14:textId="77777777" w:rsidR="00B5591A" w:rsidRDefault="00B5591A"/>
    <w:sectPr w:rsidR="00B5591A" w:rsidSect="00034616">
      <w:pgSz w:w="15840" w:h="12240" w:orient="landscape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6937755">
    <w:abstractNumId w:val="8"/>
  </w:num>
  <w:num w:numId="2" w16cid:durableId="1403061771">
    <w:abstractNumId w:val="6"/>
  </w:num>
  <w:num w:numId="3" w16cid:durableId="1516309705">
    <w:abstractNumId w:val="5"/>
  </w:num>
  <w:num w:numId="4" w16cid:durableId="5835287">
    <w:abstractNumId w:val="4"/>
  </w:num>
  <w:num w:numId="5" w16cid:durableId="1332371713">
    <w:abstractNumId w:val="7"/>
  </w:num>
  <w:num w:numId="6" w16cid:durableId="829440475">
    <w:abstractNumId w:val="3"/>
  </w:num>
  <w:num w:numId="7" w16cid:durableId="1230963314">
    <w:abstractNumId w:val="2"/>
  </w:num>
  <w:num w:numId="8" w16cid:durableId="2068068826">
    <w:abstractNumId w:val="1"/>
  </w:num>
  <w:num w:numId="9" w16cid:durableId="12349741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2CB6"/>
    <w:rsid w:val="0029639D"/>
    <w:rsid w:val="00326F90"/>
    <w:rsid w:val="00634803"/>
    <w:rsid w:val="008869CD"/>
    <w:rsid w:val="00AA1D8D"/>
    <w:rsid w:val="00B47730"/>
    <w:rsid w:val="00B5591A"/>
    <w:rsid w:val="00B91A8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856041"/>
  <w14:defaultImageDpi w14:val="300"/>
  <w15:docId w15:val="{E037F0D6-6BAF-F44A-8F57-EAC300CF6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Hoggan, Royce B</cp:lastModifiedBy>
  <cp:revision>2</cp:revision>
  <dcterms:created xsi:type="dcterms:W3CDTF">2026-09-13T00:48:00Z</dcterms:created>
  <dcterms:modified xsi:type="dcterms:W3CDTF">2026-09-13T00:48:00Z</dcterms:modified>
  <cp:category/>
</cp:coreProperties>
</file>